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0E28" w14:textId="1D3508B6" w:rsidR="001206DB" w:rsidRDefault="00000000" w:rsidP="001D41D1">
      <w:pPr>
        <w:pStyle w:val="Nagwek1"/>
        <w:spacing w:line="360" w:lineRule="auto"/>
        <w:jc w:val="center"/>
        <w:rPr>
          <w:rFonts w:ascii="Times New Roman" w:hAnsi="Times New Roman" w:cs="Times New Roman"/>
          <w:color w:val="auto"/>
          <w:sz w:val="36"/>
          <w:szCs w:val="36"/>
          <w:lang w:val="pl-PL"/>
        </w:rPr>
      </w:pPr>
      <w:r w:rsidRPr="00106CA9">
        <w:rPr>
          <w:rFonts w:ascii="Times New Roman" w:hAnsi="Times New Roman" w:cs="Times New Roman"/>
          <w:color w:val="auto"/>
          <w:sz w:val="36"/>
          <w:szCs w:val="36"/>
          <w:lang w:val="pl-PL"/>
        </w:rPr>
        <w:t xml:space="preserve">DEKLARACJA </w:t>
      </w:r>
      <w:r w:rsidR="003D656E" w:rsidRPr="003D656E">
        <w:rPr>
          <w:rFonts w:ascii="Times New Roman" w:hAnsi="Times New Roman" w:cs="Times New Roman"/>
          <w:color w:val="auto"/>
          <w:sz w:val="36"/>
          <w:szCs w:val="36"/>
          <w:lang w:val="pl-PL"/>
        </w:rPr>
        <w:t>CZŁONKOWSKA</w:t>
      </w:r>
    </w:p>
    <w:p w14:paraId="48A40D67" w14:textId="77777777" w:rsidR="001B1EBE" w:rsidRPr="001B1EBE" w:rsidRDefault="001B1EBE" w:rsidP="001B1EBE">
      <w:pPr>
        <w:rPr>
          <w:lang w:val="pl-PL"/>
        </w:rPr>
      </w:pPr>
    </w:p>
    <w:p w14:paraId="5B8D0E4A" w14:textId="77777777" w:rsidR="001206DB" w:rsidRPr="00106CA9" w:rsidRDefault="00000000" w:rsidP="001D41D1">
      <w:pPr>
        <w:spacing w:line="360" w:lineRule="auto"/>
        <w:rPr>
          <w:rFonts w:ascii="Times New Roman" w:hAnsi="Times New Roman" w:cs="Times New Roman"/>
          <w:sz w:val="28"/>
          <w:szCs w:val="28"/>
          <w:lang w:val="pl-PL"/>
        </w:rPr>
      </w:pPr>
      <w:r w:rsidRPr="00106CA9">
        <w:rPr>
          <w:rFonts w:ascii="Times New Roman" w:hAnsi="Times New Roman" w:cs="Times New Roman"/>
          <w:sz w:val="28"/>
          <w:szCs w:val="28"/>
          <w:lang w:val="pl-PL"/>
        </w:rPr>
        <w:t>Proszę o przyjęcie mnie w poczet członków Polskiego Towarzystwa Geograficznego.</w:t>
      </w:r>
      <w:r w:rsidRPr="00106CA9">
        <w:rPr>
          <w:rFonts w:ascii="Times New Roman" w:hAnsi="Times New Roman" w:cs="Times New Roman"/>
          <w:sz w:val="28"/>
          <w:szCs w:val="28"/>
          <w:lang w:val="pl-PL"/>
        </w:rPr>
        <w:br/>
      </w:r>
    </w:p>
    <w:p w14:paraId="4D6A0D2A" w14:textId="77777777" w:rsidR="001206DB" w:rsidRPr="00106CA9" w:rsidRDefault="00000000" w:rsidP="00EC466E">
      <w:pPr>
        <w:pStyle w:val="Nagwek2"/>
        <w:spacing w:line="360" w:lineRule="auto"/>
        <w:jc w:val="both"/>
        <w:rPr>
          <w:rFonts w:ascii="Times New Roman" w:hAnsi="Times New Roman" w:cs="Times New Roman"/>
          <w:color w:val="auto"/>
          <w:sz w:val="32"/>
          <w:szCs w:val="32"/>
          <w:lang w:val="pl-PL"/>
        </w:rPr>
      </w:pPr>
      <w:r w:rsidRPr="00106CA9">
        <w:rPr>
          <w:rFonts w:ascii="Times New Roman" w:hAnsi="Times New Roman" w:cs="Times New Roman"/>
          <w:color w:val="auto"/>
          <w:sz w:val="32"/>
          <w:szCs w:val="32"/>
          <w:lang w:val="pl-PL"/>
        </w:rPr>
        <w:t>Dane osobowe:</w:t>
      </w:r>
    </w:p>
    <w:p w14:paraId="7887EDC1" w14:textId="66DEAA54" w:rsidR="001206DB" w:rsidRPr="00106CA9" w:rsidRDefault="00000000" w:rsidP="00EC466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106CA9">
        <w:rPr>
          <w:rFonts w:ascii="Times New Roman" w:hAnsi="Times New Roman" w:cs="Times New Roman"/>
          <w:sz w:val="28"/>
          <w:szCs w:val="28"/>
          <w:lang w:val="pl-PL"/>
        </w:rPr>
        <w:t>Imię i nazwisko: _______________________________________</w:t>
      </w:r>
      <w:r w:rsidR="00106CA9" w:rsidRPr="00106CA9">
        <w:rPr>
          <w:rFonts w:ascii="Times New Roman" w:hAnsi="Times New Roman" w:cs="Times New Roman"/>
          <w:sz w:val="28"/>
          <w:szCs w:val="28"/>
          <w:lang w:val="pl-PL"/>
        </w:rPr>
        <w:t>________</w:t>
      </w:r>
    </w:p>
    <w:p w14:paraId="11B8FBBA" w14:textId="2850A264" w:rsidR="001206DB" w:rsidRPr="00106CA9" w:rsidRDefault="00000000" w:rsidP="00EC466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106CA9">
        <w:rPr>
          <w:rFonts w:ascii="Times New Roman" w:hAnsi="Times New Roman" w:cs="Times New Roman"/>
          <w:sz w:val="28"/>
          <w:szCs w:val="28"/>
          <w:lang w:val="pl-PL"/>
        </w:rPr>
        <w:t>Data i miejsce urodzenia: _____________________________</w:t>
      </w:r>
      <w:r w:rsidR="00106CA9" w:rsidRPr="00106CA9">
        <w:rPr>
          <w:rFonts w:ascii="Times New Roman" w:hAnsi="Times New Roman" w:cs="Times New Roman"/>
          <w:sz w:val="28"/>
          <w:szCs w:val="28"/>
          <w:lang w:val="pl-PL"/>
        </w:rPr>
        <w:t>___________</w:t>
      </w:r>
    </w:p>
    <w:p w14:paraId="009DD6BB" w14:textId="2B1689E5" w:rsidR="001206DB" w:rsidRPr="00106CA9" w:rsidRDefault="00000000" w:rsidP="00EC466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106CA9">
        <w:rPr>
          <w:rFonts w:ascii="Times New Roman" w:hAnsi="Times New Roman" w:cs="Times New Roman"/>
          <w:sz w:val="28"/>
          <w:szCs w:val="28"/>
          <w:lang w:val="pl-PL"/>
        </w:rPr>
        <w:t xml:space="preserve">Adres zamieszkania: </w:t>
      </w:r>
      <w:r w:rsidR="001D41D1" w:rsidRPr="00106CA9">
        <w:rPr>
          <w:rFonts w:ascii="Times New Roman" w:hAnsi="Times New Roman" w:cs="Times New Roman"/>
          <w:sz w:val="28"/>
          <w:szCs w:val="28"/>
          <w:lang w:val="pl-PL"/>
        </w:rPr>
        <w:t>__________________________________</w:t>
      </w:r>
      <w:r w:rsidR="00106CA9" w:rsidRPr="00106CA9">
        <w:rPr>
          <w:rFonts w:ascii="Times New Roman" w:hAnsi="Times New Roman" w:cs="Times New Roman"/>
          <w:sz w:val="28"/>
          <w:szCs w:val="28"/>
          <w:lang w:val="pl-PL"/>
        </w:rPr>
        <w:t>__________</w:t>
      </w:r>
    </w:p>
    <w:p w14:paraId="532DA80C" w14:textId="028AD2D7" w:rsidR="001D41D1" w:rsidRPr="00106CA9" w:rsidRDefault="001D41D1" w:rsidP="00EC466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106CA9">
        <w:rPr>
          <w:rFonts w:ascii="Times New Roman" w:hAnsi="Times New Roman" w:cs="Times New Roman"/>
          <w:sz w:val="28"/>
          <w:szCs w:val="28"/>
          <w:lang w:val="pl-PL"/>
        </w:rPr>
        <w:t>__________________________________________________________</w:t>
      </w:r>
      <w:r w:rsidR="00106CA9" w:rsidRPr="00106CA9">
        <w:rPr>
          <w:rFonts w:ascii="Times New Roman" w:hAnsi="Times New Roman" w:cs="Times New Roman"/>
          <w:sz w:val="28"/>
          <w:szCs w:val="28"/>
          <w:lang w:val="pl-PL"/>
        </w:rPr>
        <w:t>___</w:t>
      </w:r>
    </w:p>
    <w:p w14:paraId="42437456" w14:textId="61A2D473" w:rsidR="001206DB" w:rsidRPr="00106CA9" w:rsidRDefault="00000000" w:rsidP="00EC466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106CA9">
        <w:rPr>
          <w:rFonts w:ascii="Times New Roman" w:hAnsi="Times New Roman" w:cs="Times New Roman"/>
          <w:sz w:val="28"/>
          <w:szCs w:val="28"/>
          <w:lang w:val="pl-PL"/>
        </w:rPr>
        <w:t>Numer telefonu:______________________________________</w:t>
      </w:r>
      <w:r w:rsidR="00EC466E" w:rsidRPr="00106CA9">
        <w:rPr>
          <w:rFonts w:ascii="Times New Roman" w:hAnsi="Times New Roman" w:cs="Times New Roman"/>
          <w:sz w:val="28"/>
          <w:szCs w:val="28"/>
          <w:lang w:val="pl-PL"/>
        </w:rPr>
        <w:t>_</w:t>
      </w:r>
      <w:r w:rsidR="001D41D1" w:rsidRPr="00106CA9">
        <w:rPr>
          <w:rFonts w:ascii="Times New Roman" w:hAnsi="Times New Roman" w:cs="Times New Roman"/>
          <w:sz w:val="28"/>
          <w:szCs w:val="28"/>
          <w:lang w:val="pl-PL"/>
        </w:rPr>
        <w:t>_</w:t>
      </w:r>
      <w:r w:rsidR="00106CA9" w:rsidRPr="00106CA9">
        <w:rPr>
          <w:rFonts w:ascii="Times New Roman" w:hAnsi="Times New Roman" w:cs="Times New Roman"/>
          <w:sz w:val="28"/>
          <w:szCs w:val="28"/>
          <w:lang w:val="pl-PL"/>
        </w:rPr>
        <w:t>________</w:t>
      </w:r>
      <w:r w:rsidR="00EC466E" w:rsidRPr="00EC466E">
        <w:rPr>
          <w:rFonts w:ascii="Times New Roman" w:hAnsi="Times New Roman" w:cs="Times New Roman"/>
          <w:sz w:val="28"/>
          <w:szCs w:val="28"/>
          <w:lang w:val="pl-PL"/>
        </w:rPr>
        <w:t xml:space="preserve"> </w:t>
      </w:r>
    </w:p>
    <w:p w14:paraId="30D2EE1F" w14:textId="2475167E" w:rsidR="001206DB" w:rsidRPr="00106CA9" w:rsidRDefault="00000000" w:rsidP="00EC466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106CA9">
        <w:rPr>
          <w:rFonts w:ascii="Times New Roman" w:hAnsi="Times New Roman" w:cs="Times New Roman"/>
          <w:sz w:val="28"/>
          <w:szCs w:val="28"/>
          <w:lang w:val="pl-PL"/>
        </w:rPr>
        <w:t>Adres e-mail: _________________________________________</w:t>
      </w:r>
      <w:r w:rsidR="001D41D1" w:rsidRPr="00106CA9">
        <w:rPr>
          <w:rFonts w:ascii="Times New Roman" w:hAnsi="Times New Roman" w:cs="Times New Roman"/>
          <w:sz w:val="28"/>
          <w:szCs w:val="28"/>
          <w:lang w:val="pl-PL"/>
        </w:rPr>
        <w:t>_</w:t>
      </w:r>
      <w:r w:rsidR="00106CA9" w:rsidRPr="00106CA9">
        <w:rPr>
          <w:rFonts w:ascii="Times New Roman" w:hAnsi="Times New Roman" w:cs="Times New Roman"/>
          <w:sz w:val="28"/>
          <w:szCs w:val="28"/>
          <w:lang w:val="pl-PL"/>
        </w:rPr>
        <w:t>________</w:t>
      </w:r>
    </w:p>
    <w:p w14:paraId="2705E944" w14:textId="51AE9B38" w:rsidR="001206DB" w:rsidRPr="00106CA9" w:rsidRDefault="00000000" w:rsidP="00EC466E">
      <w:pPr>
        <w:pStyle w:val="Nagwek2"/>
        <w:spacing w:line="360" w:lineRule="auto"/>
        <w:jc w:val="both"/>
        <w:rPr>
          <w:rFonts w:ascii="Times New Roman" w:hAnsi="Times New Roman" w:cs="Times New Roman"/>
          <w:color w:val="auto"/>
          <w:sz w:val="32"/>
          <w:szCs w:val="32"/>
          <w:lang w:val="pl-PL"/>
        </w:rPr>
      </w:pPr>
      <w:r w:rsidRPr="00106CA9">
        <w:rPr>
          <w:rFonts w:ascii="Times New Roman" w:hAnsi="Times New Roman" w:cs="Times New Roman"/>
          <w:color w:val="auto"/>
          <w:sz w:val="32"/>
          <w:szCs w:val="32"/>
          <w:lang w:val="pl-PL"/>
        </w:rPr>
        <w:t>Wykształceni</w:t>
      </w:r>
      <w:r w:rsidR="001D41D1" w:rsidRPr="00106CA9">
        <w:rPr>
          <w:rFonts w:ascii="Times New Roman" w:hAnsi="Times New Roman" w:cs="Times New Roman"/>
          <w:color w:val="auto"/>
          <w:sz w:val="32"/>
          <w:szCs w:val="32"/>
          <w:lang w:val="pl-PL"/>
        </w:rPr>
        <w:t>e</w:t>
      </w:r>
      <w:r w:rsidRPr="00106CA9">
        <w:rPr>
          <w:rFonts w:ascii="Times New Roman" w:hAnsi="Times New Roman" w:cs="Times New Roman"/>
          <w:color w:val="auto"/>
          <w:sz w:val="32"/>
          <w:szCs w:val="32"/>
          <w:lang w:val="pl-PL"/>
        </w:rPr>
        <w:t>:</w:t>
      </w:r>
    </w:p>
    <w:p w14:paraId="4AE77A54" w14:textId="7B7212A8" w:rsidR="001D41D1" w:rsidRPr="00106CA9" w:rsidRDefault="00000000" w:rsidP="00EC466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pl-PL"/>
        </w:rPr>
      </w:pPr>
      <w:r w:rsidRPr="00106CA9">
        <w:rPr>
          <w:rFonts w:ascii="Times New Roman" w:hAnsi="Times New Roman" w:cs="Times New Roman"/>
          <w:sz w:val="28"/>
          <w:szCs w:val="28"/>
          <w:lang w:val="pl-PL"/>
        </w:rPr>
        <w:t>________________</w:t>
      </w:r>
      <w:r w:rsidR="001D41D1" w:rsidRPr="00106CA9">
        <w:rPr>
          <w:rFonts w:ascii="Times New Roman" w:hAnsi="Times New Roman" w:cs="Times New Roman"/>
          <w:sz w:val="28"/>
          <w:szCs w:val="28"/>
          <w:lang w:val="pl-PL"/>
        </w:rPr>
        <w:t>__________________________________________</w:t>
      </w:r>
      <w:r w:rsidR="00106CA9" w:rsidRPr="00106CA9">
        <w:rPr>
          <w:rFonts w:ascii="Times New Roman" w:hAnsi="Times New Roman" w:cs="Times New Roman"/>
          <w:sz w:val="28"/>
          <w:szCs w:val="28"/>
          <w:lang w:val="pl-PL"/>
        </w:rPr>
        <w:t>__</w:t>
      </w:r>
      <w:r w:rsidR="00EC466E" w:rsidRPr="00106CA9">
        <w:rPr>
          <w:rFonts w:ascii="Times New Roman" w:hAnsi="Times New Roman" w:cs="Times New Roman"/>
          <w:sz w:val="28"/>
          <w:szCs w:val="28"/>
          <w:lang w:val="pl-PL"/>
        </w:rPr>
        <w:t>_</w:t>
      </w:r>
    </w:p>
    <w:p w14:paraId="0E3075FE" w14:textId="77777777" w:rsidR="001D41D1" w:rsidRPr="00106CA9" w:rsidRDefault="001D41D1" w:rsidP="001D41D1">
      <w:pPr>
        <w:spacing w:line="360" w:lineRule="auto"/>
        <w:rPr>
          <w:rFonts w:ascii="Times New Roman" w:hAnsi="Times New Roman" w:cs="Times New Roman"/>
          <w:sz w:val="28"/>
          <w:szCs w:val="28"/>
          <w:lang w:val="pl-PL"/>
        </w:rPr>
      </w:pPr>
    </w:p>
    <w:p w14:paraId="43DEBFD0" w14:textId="0BACDCD1" w:rsidR="001206DB" w:rsidRPr="00106CA9" w:rsidRDefault="00E51158" w:rsidP="00E51158">
      <w:pPr>
        <w:tabs>
          <w:tab w:val="left" w:pos="993"/>
          <w:tab w:val="left" w:pos="4678"/>
        </w:tabs>
        <w:spacing w:line="240" w:lineRule="auto"/>
        <w:rPr>
          <w:rFonts w:ascii="Times New Roman" w:hAnsi="Times New Roman" w:cs="Times New Roman"/>
          <w:sz w:val="28"/>
          <w:szCs w:val="28"/>
          <w:lang w:val="pl-PL"/>
        </w:rPr>
      </w:pPr>
      <w:r w:rsidRPr="00E51158">
        <w:rPr>
          <w:rFonts w:ascii="Times New Roman" w:hAnsi="Times New Roman" w:cs="Times New Roman"/>
          <w:sz w:val="28"/>
          <w:szCs w:val="28"/>
          <w:lang w:val="pl-PL"/>
        </w:rPr>
        <w:t xml:space="preserve">Podpisy członków wprowadzających </w:t>
      </w:r>
      <w:r w:rsidRPr="00E51158">
        <w:rPr>
          <w:rFonts w:ascii="Times New Roman" w:hAnsi="Times New Roman" w:cs="Times New Roman"/>
          <w:sz w:val="28"/>
          <w:szCs w:val="28"/>
          <w:lang w:val="pl-PL"/>
        </w:rPr>
        <w:tab/>
      </w:r>
      <w:r w:rsidRPr="00E51158">
        <w:rPr>
          <w:rFonts w:ascii="Times New Roman" w:hAnsi="Times New Roman" w:cs="Times New Roman"/>
          <w:sz w:val="28"/>
          <w:szCs w:val="28"/>
          <w:lang w:val="pl-PL"/>
        </w:rPr>
        <w:tab/>
      </w:r>
      <w:r w:rsidRPr="00E51158">
        <w:rPr>
          <w:rFonts w:ascii="Times New Roman" w:hAnsi="Times New Roman" w:cs="Times New Roman"/>
          <w:sz w:val="28"/>
          <w:szCs w:val="28"/>
          <w:lang w:val="pl-PL"/>
        </w:rPr>
        <w:tab/>
      </w:r>
      <w:r>
        <w:rPr>
          <w:rFonts w:ascii="Times New Roman" w:hAnsi="Times New Roman" w:cs="Times New Roman"/>
          <w:sz w:val="28"/>
          <w:szCs w:val="28"/>
          <w:lang w:val="pl-PL"/>
        </w:rPr>
        <w:t xml:space="preserve">   </w:t>
      </w:r>
      <w:r w:rsidRPr="00106CA9">
        <w:rPr>
          <w:rFonts w:ascii="Times New Roman" w:hAnsi="Times New Roman" w:cs="Times New Roman"/>
          <w:sz w:val="28"/>
          <w:szCs w:val="28"/>
          <w:lang w:val="pl-PL"/>
        </w:rPr>
        <w:t>_____________</w:t>
      </w:r>
      <w:r w:rsidR="001D41D1" w:rsidRPr="00106CA9">
        <w:rPr>
          <w:rFonts w:ascii="Times New Roman" w:hAnsi="Times New Roman" w:cs="Times New Roman"/>
          <w:sz w:val="28"/>
          <w:szCs w:val="28"/>
          <w:lang w:val="pl-PL"/>
        </w:rPr>
        <w:t>___</w:t>
      </w:r>
      <w:r w:rsidRPr="00106CA9">
        <w:rPr>
          <w:rFonts w:ascii="Times New Roman" w:hAnsi="Times New Roman" w:cs="Times New Roman"/>
          <w:sz w:val="28"/>
          <w:szCs w:val="28"/>
          <w:lang w:val="pl-PL"/>
        </w:rPr>
        <w:t>___</w:t>
      </w:r>
    </w:p>
    <w:p w14:paraId="0B9BE9DA" w14:textId="511D31F9" w:rsidR="001D41D1" w:rsidRPr="00106CA9" w:rsidRDefault="00E51158" w:rsidP="001D41D1">
      <w:pPr>
        <w:spacing w:line="240" w:lineRule="auto"/>
        <w:ind w:firstLine="6096"/>
        <w:jc w:val="center"/>
        <w:rPr>
          <w:rFonts w:ascii="Times New Roman" w:hAnsi="Times New Roman" w:cs="Times New Roman"/>
          <w:sz w:val="28"/>
          <w:szCs w:val="28"/>
          <w:lang w:val="pl-PL"/>
        </w:rPr>
      </w:pPr>
      <w:r>
        <w:rPr>
          <w:rFonts w:ascii="Times New Roman" w:hAnsi="Times New Roman" w:cs="Times New Roman"/>
          <w:sz w:val="28"/>
          <w:szCs w:val="28"/>
          <w:lang w:val="pl-PL"/>
        </w:rPr>
        <w:t>Podpis</w:t>
      </w:r>
    </w:p>
    <w:p w14:paraId="4F159005" w14:textId="77777777" w:rsidR="001D41D1" w:rsidRPr="00106CA9" w:rsidRDefault="001D41D1" w:rsidP="001D41D1">
      <w:pPr>
        <w:spacing w:line="240" w:lineRule="auto"/>
        <w:ind w:firstLine="6096"/>
        <w:jc w:val="center"/>
        <w:rPr>
          <w:rFonts w:ascii="Times New Roman" w:hAnsi="Times New Roman" w:cs="Times New Roman"/>
          <w:sz w:val="28"/>
          <w:szCs w:val="28"/>
          <w:lang w:val="pl-PL"/>
        </w:rPr>
      </w:pPr>
    </w:p>
    <w:p w14:paraId="537166D4" w14:textId="3EBD5FD6" w:rsidR="001206DB" w:rsidRPr="00106CA9" w:rsidRDefault="00000000" w:rsidP="001D41D1">
      <w:pPr>
        <w:spacing w:line="240" w:lineRule="auto"/>
        <w:ind w:firstLine="6096"/>
        <w:rPr>
          <w:rFonts w:ascii="Times New Roman" w:hAnsi="Times New Roman" w:cs="Times New Roman"/>
          <w:sz w:val="28"/>
          <w:szCs w:val="28"/>
          <w:lang w:val="pl-PL"/>
        </w:rPr>
      </w:pPr>
      <w:r w:rsidRPr="00106CA9">
        <w:rPr>
          <w:rFonts w:ascii="Times New Roman" w:hAnsi="Times New Roman" w:cs="Times New Roman"/>
          <w:sz w:val="28"/>
          <w:szCs w:val="28"/>
          <w:lang w:val="pl-PL"/>
        </w:rPr>
        <w:t>_______________</w:t>
      </w:r>
      <w:r w:rsidR="001D41D1" w:rsidRPr="00106CA9">
        <w:rPr>
          <w:rFonts w:ascii="Times New Roman" w:hAnsi="Times New Roman" w:cs="Times New Roman"/>
          <w:sz w:val="28"/>
          <w:szCs w:val="28"/>
          <w:lang w:val="pl-PL"/>
        </w:rPr>
        <w:t>___</w:t>
      </w:r>
    </w:p>
    <w:p w14:paraId="7851D394" w14:textId="0976FC97" w:rsidR="001D41D1" w:rsidRPr="00106CA9" w:rsidRDefault="00E51158" w:rsidP="00E51158">
      <w:pPr>
        <w:spacing w:line="360" w:lineRule="auto"/>
        <w:ind w:firstLine="6096"/>
        <w:jc w:val="center"/>
        <w:rPr>
          <w:rFonts w:ascii="Times New Roman" w:hAnsi="Times New Roman" w:cs="Times New Roman"/>
          <w:sz w:val="28"/>
          <w:szCs w:val="28"/>
          <w:lang w:val="pl-PL"/>
        </w:rPr>
      </w:pPr>
      <w:r>
        <w:rPr>
          <w:rFonts w:ascii="Times New Roman" w:hAnsi="Times New Roman" w:cs="Times New Roman"/>
          <w:sz w:val="28"/>
          <w:szCs w:val="28"/>
          <w:lang w:val="pl-PL"/>
        </w:rPr>
        <w:t>Data</w:t>
      </w:r>
    </w:p>
    <w:sectPr w:rsidR="001D41D1" w:rsidRPr="00106CA9" w:rsidSect="00034616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88962" w14:textId="77777777" w:rsidR="00F518FE" w:rsidRDefault="00F518FE" w:rsidP="001D41D1">
      <w:pPr>
        <w:spacing w:after="0" w:line="240" w:lineRule="auto"/>
      </w:pPr>
      <w:r>
        <w:separator/>
      </w:r>
    </w:p>
  </w:endnote>
  <w:endnote w:type="continuationSeparator" w:id="0">
    <w:p w14:paraId="091668A1" w14:textId="77777777" w:rsidR="00F518FE" w:rsidRDefault="00F518FE" w:rsidP="001D4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3A667" w14:textId="00ACEEC6" w:rsidR="001D41D1" w:rsidRPr="001D41D1" w:rsidRDefault="001D41D1" w:rsidP="001D41D1">
    <w:pPr>
      <w:rPr>
        <w:lang w:val="pl-PL"/>
      </w:rPr>
    </w:pPr>
    <w:r w:rsidRPr="001D41D1">
      <w:rPr>
        <w:lang w:val="pl-PL"/>
      </w:rPr>
      <w:t>Wyrażam zgodę na przetwarzanie moich danych osobowych dla potrzeb niezbędnych do realizacji procesu członkostwa zgodnie z obowiązującymi przepisami prawa.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2821D" w14:textId="77777777" w:rsidR="00F518FE" w:rsidRDefault="00F518FE" w:rsidP="001D41D1">
      <w:pPr>
        <w:spacing w:after="0" w:line="240" w:lineRule="auto"/>
      </w:pPr>
      <w:r>
        <w:separator/>
      </w:r>
    </w:p>
  </w:footnote>
  <w:footnote w:type="continuationSeparator" w:id="0">
    <w:p w14:paraId="36C81360" w14:textId="77777777" w:rsidR="00F518FE" w:rsidRDefault="00F518FE" w:rsidP="001D41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8430632">
    <w:abstractNumId w:val="8"/>
  </w:num>
  <w:num w:numId="2" w16cid:durableId="593708868">
    <w:abstractNumId w:val="6"/>
  </w:num>
  <w:num w:numId="3" w16cid:durableId="1673332011">
    <w:abstractNumId w:val="5"/>
  </w:num>
  <w:num w:numId="4" w16cid:durableId="1397899989">
    <w:abstractNumId w:val="4"/>
  </w:num>
  <w:num w:numId="5" w16cid:durableId="977302914">
    <w:abstractNumId w:val="7"/>
  </w:num>
  <w:num w:numId="6" w16cid:durableId="1592350788">
    <w:abstractNumId w:val="3"/>
  </w:num>
  <w:num w:numId="7" w16cid:durableId="21133683">
    <w:abstractNumId w:val="2"/>
  </w:num>
  <w:num w:numId="8" w16cid:durableId="424305424">
    <w:abstractNumId w:val="1"/>
  </w:num>
  <w:num w:numId="9" w16cid:durableId="1400249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05E"/>
    <w:rsid w:val="0006063C"/>
    <w:rsid w:val="00106CA9"/>
    <w:rsid w:val="001206DB"/>
    <w:rsid w:val="0015074B"/>
    <w:rsid w:val="001B1EBE"/>
    <w:rsid w:val="001D41D1"/>
    <w:rsid w:val="001F1290"/>
    <w:rsid w:val="0029639D"/>
    <w:rsid w:val="00306963"/>
    <w:rsid w:val="00326F90"/>
    <w:rsid w:val="003D656E"/>
    <w:rsid w:val="00790866"/>
    <w:rsid w:val="007A3003"/>
    <w:rsid w:val="00AA1D8D"/>
    <w:rsid w:val="00B47730"/>
    <w:rsid w:val="00C4048B"/>
    <w:rsid w:val="00C96FB6"/>
    <w:rsid w:val="00CB0664"/>
    <w:rsid w:val="00E51158"/>
    <w:rsid w:val="00EC466E"/>
    <w:rsid w:val="00F518FE"/>
    <w:rsid w:val="00FB078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97295B"/>
  <w14:defaultImageDpi w14:val="300"/>
  <w15:docId w15:val="{A5805346-B689-4E78-B971-039ADDB2D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581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Bartłomiej Eźlakowski</cp:lastModifiedBy>
  <cp:revision>4</cp:revision>
  <dcterms:created xsi:type="dcterms:W3CDTF">2025-01-27T09:35:00Z</dcterms:created>
  <dcterms:modified xsi:type="dcterms:W3CDTF">2025-02-12T10:27:00Z</dcterms:modified>
  <cp:category/>
</cp:coreProperties>
</file>